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Cheese Description Vocabulary – Anglais / Français</w:t>
      </w:r>
    </w:p>
    <w:p>
      <w:pPr>
        <w:pStyle w:val="Heading2"/>
      </w:pPr>
      <w:r>
        <w:t>Texture du fromage</w:t>
      </w:r>
    </w:p>
    <w:p>
      <w:r>
        <w:t>creamy — crémeux</w:t>
      </w:r>
    </w:p>
    <w:p>
      <w:r>
        <w:t>crumbly — friable</w:t>
      </w:r>
    </w:p>
    <w:p>
      <w:r>
        <w:t>smooth — lisse</w:t>
      </w:r>
    </w:p>
    <w:p>
      <w:r>
        <w:t>dense — dense</w:t>
      </w:r>
    </w:p>
    <w:p>
      <w:r>
        <w:t>soft — mou</w:t>
      </w:r>
    </w:p>
    <w:p>
      <w:r>
        <w:t>firm — ferme</w:t>
      </w:r>
    </w:p>
    <w:p>
      <w:r>
        <w:t>fluffy — aéré, mousseux</w:t>
      </w:r>
    </w:p>
    <w:p>
      <w:r>
        <w:t>gooey — coulant</w:t>
      </w:r>
    </w:p>
    <w:p>
      <w:r>
        <w:t>chewy — caoutchouteux</w:t>
      </w:r>
    </w:p>
    <w:p>
      <w:r>
        <w:t>gritty — granuleux</w:t>
      </w:r>
    </w:p>
    <w:p>
      <w:r>
        <w:t>grainy — granuleux</w:t>
      </w:r>
    </w:p>
    <w:p>
      <w:r>
        <w:t>fudgy — moelleux, fondant</w:t>
      </w:r>
    </w:p>
    <w:p>
      <w:r>
        <w:t>silky — soyeux</w:t>
      </w:r>
    </w:p>
    <w:p>
      <w:r>
        <w:t>slimy — gluant</w:t>
      </w:r>
    </w:p>
    <w:p>
      <w:r>
        <w:t>mushy — pâteux</w:t>
      </w:r>
    </w:p>
    <w:p>
      <w:r>
        <w:t>flaky — feuilleté</w:t>
      </w:r>
    </w:p>
    <w:p>
      <w:r>
        <w:t>dry — sec</w:t>
      </w:r>
    </w:p>
    <w:p>
      <w:r>
        <w:t>moist — humide</w:t>
      </w:r>
    </w:p>
    <w:p>
      <w:r>
        <w:t>spreadable — tartinable</w:t>
      </w:r>
    </w:p>
    <w:p>
      <w:r>
        <w:t>smearable — facile à étaler</w:t>
      </w:r>
    </w:p>
    <w:p>
      <w:r>
        <w:t>springy — élastique</w:t>
      </w:r>
    </w:p>
    <w:p>
      <w:r>
        <w:t>mealy — farineux</w:t>
      </w:r>
    </w:p>
    <w:p>
      <w:r>
        <w:t>rindless — sans croûte</w:t>
      </w:r>
    </w:p>
    <w:p>
      <w:pPr>
        <w:pStyle w:val="Heading2"/>
      </w:pPr>
      <w:r>
        <w:t>Saveur et goût</w:t>
      </w:r>
    </w:p>
    <w:p>
      <w:r>
        <w:t>tangy — acidulé</w:t>
      </w:r>
    </w:p>
    <w:p>
      <w:r>
        <w:t>sharp — fort en goût</w:t>
      </w:r>
    </w:p>
    <w:p>
      <w:r>
        <w:t>mild — doux</w:t>
      </w:r>
    </w:p>
    <w:p>
      <w:r>
        <w:t>rich — riche</w:t>
      </w:r>
    </w:p>
    <w:p>
      <w:r>
        <w:t>nutty — aux notes de noisette</w:t>
      </w:r>
    </w:p>
    <w:p>
      <w:r>
        <w:t>buttery — beurré</w:t>
      </w:r>
    </w:p>
    <w:p>
      <w:r>
        <w:t>salty — salé</w:t>
      </w:r>
    </w:p>
    <w:p>
      <w:r>
        <w:t>briny — saumuré</w:t>
      </w:r>
    </w:p>
    <w:p>
      <w:r>
        <w:t>sweet — sucré</w:t>
      </w:r>
    </w:p>
    <w:p>
      <w:r>
        <w:t>sweetened — édulcoré</w:t>
      </w:r>
    </w:p>
    <w:p>
      <w:r>
        <w:t>bitter — amer</w:t>
      </w:r>
    </w:p>
    <w:p>
      <w:r>
        <w:t>sour — aigre</w:t>
      </w:r>
    </w:p>
    <w:p>
      <w:r>
        <w:t>herbaceous — herbacé</w:t>
      </w:r>
    </w:p>
    <w:p>
      <w:r>
        <w:t>flavorful — savoureux</w:t>
      </w:r>
    </w:p>
    <w:p>
      <w:r>
        <w:t>bland — fade</w:t>
      </w:r>
    </w:p>
    <w:p>
      <w:r>
        <w:t>spicy — épicé</w:t>
      </w:r>
    </w:p>
    <w:p>
      <w:r>
        <w:t>garlicky — à l’ail</w:t>
      </w:r>
    </w:p>
    <w:p>
      <w:r>
        <w:t>smoky — fumé</w:t>
      </w:r>
    </w:p>
    <w:p>
      <w:r>
        <w:t>mushroomy — aux arômes de champignon</w:t>
      </w:r>
    </w:p>
    <w:p>
      <w:r>
        <w:t>overwhelming — écrasant</w:t>
      </w:r>
    </w:p>
    <w:p>
      <w:r>
        <w:t>balanced — équilibré</w:t>
      </w:r>
    </w:p>
    <w:p>
      <w:r>
        <w:t>subtle — subtil</w:t>
      </w:r>
    </w:p>
    <w:p>
      <w:r>
        <w:t>intense — intense</w:t>
      </w:r>
    </w:p>
    <w:p>
      <w:pPr>
        <w:pStyle w:val="Heading2"/>
      </w:pPr>
      <w:r>
        <w:t>Odeur / arôme</w:t>
      </w:r>
    </w:p>
    <w:p>
      <w:r>
        <w:t>aroma — arôme</w:t>
      </w:r>
    </w:p>
    <w:p>
      <w:r>
        <w:t>smell — odeur</w:t>
      </w:r>
    </w:p>
    <w:p>
      <w:r>
        <w:t>fragrant — parfumé</w:t>
      </w:r>
    </w:p>
    <w:p>
      <w:r>
        <w:t>pungent — piquant</w:t>
      </w:r>
    </w:p>
    <w:p>
      <w:r>
        <w:t>ammonia smell — odeur d’ammoniaque</w:t>
      </w:r>
    </w:p>
    <w:p>
      <w:r>
        <w:t>earthy — terreux</w:t>
      </w:r>
    </w:p>
    <w:p>
      <w:r>
        <w:t>mushroomy — champignonneux</w:t>
      </w:r>
    </w:p>
    <w:p>
      <w:r>
        <w:t>milky — lacté</w:t>
      </w:r>
    </w:p>
    <w:p>
      <w:pPr>
        <w:pStyle w:val="Heading2"/>
      </w:pPr>
      <w:r>
        <w:t>Apparence et croûte</w:t>
      </w:r>
    </w:p>
    <w:p>
      <w:r>
        <w:t>rind — croûte</w:t>
      </w:r>
    </w:p>
    <w:p>
      <w:r>
        <w:t>bloomy rind — croûte fleurie</w:t>
      </w:r>
    </w:p>
    <w:p>
      <w:r>
        <w:t>natural rind — croûte naturelle</w:t>
      </w:r>
    </w:p>
    <w:p>
      <w:r>
        <w:t>waxed rind — croûte cirée</w:t>
      </w:r>
    </w:p>
    <w:p>
      <w:r>
        <w:t>edible rind — croûte comestible</w:t>
      </w:r>
    </w:p>
    <w:p>
      <w:r>
        <w:t>mold — moisissure</w:t>
      </w:r>
    </w:p>
    <w:p>
      <w:r>
        <w:t>veining — veines</w:t>
      </w:r>
    </w:p>
    <w:p>
      <w:r>
        <w:t>hatch mark pattern — motif en croisillons</w:t>
      </w:r>
    </w:p>
    <w:p>
      <w:r>
        <w:t>wedge — portion</w:t>
      </w:r>
    </w:p>
    <w:p>
      <w:r>
        <w:t>log — bûche</w:t>
      </w:r>
    </w:p>
    <w:p>
      <w:r>
        <w:t>wheel — meule</w:t>
      </w:r>
    </w:p>
    <w:p>
      <w:r>
        <w:t>block — bloc</w:t>
      </w:r>
    </w:p>
    <w:p>
      <w:pPr>
        <w:pStyle w:val="Heading2"/>
      </w:pPr>
      <w:r>
        <w:t>Fabrication / composition</w:t>
      </w:r>
    </w:p>
    <w:p>
      <w:r>
        <w:t>curd — caillé</w:t>
      </w:r>
    </w:p>
    <w:p>
      <w:r>
        <w:t>whey — petit-lait</w:t>
      </w:r>
    </w:p>
    <w:p>
      <w:r>
        <w:t>raw milk — lait cru</w:t>
      </w:r>
    </w:p>
    <w:p>
      <w:r>
        <w:t>pasteurized — pasteurisé</w:t>
      </w:r>
    </w:p>
    <w:p>
      <w:r>
        <w:t>unpasteurized — non pasteurisé</w:t>
      </w:r>
    </w:p>
    <w:p>
      <w:r>
        <w:t>aged — affiné</w:t>
      </w:r>
    </w:p>
    <w:p>
      <w:r>
        <w:t>ripened — affiné</w:t>
      </w:r>
    </w:p>
    <w:p>
      <w:r>
        <w:t>coagulate — coaguler</w:t>
      </w:r>
    </w:p>
    <w:p>
      <w:r>
        <w:t>drain — égoutter</w:t>
      </w:r>
    </w:p>
    <w:p>
      <w:r>
        <w:t>infused — infusé</w:t>
      </w:r>
    </w:p>
    <w:p>
      <w:r>
        <w:t>blended — mélangé</w:t>
      </w:r>
    </w:p>
    <w:p>
      <w:r>
        <w:t>milk solids — matières solides du lait</w:t>
      </w:r>
    </w:p>
    <w:p>
      <w:r>
        <w:t>butter fat — matière grasse laitière</w:t>
      </w:r>
    </w:p>
    <w:p>
      <w:r>
        <w:t>spores — spores</w:t>
      </w:r>
    </w:p>
    <w:p>
      <w:r>
        <w:t>fermentation — fermentation</w:t>
      </w:r>
    </w:p>
    <w:p>
      <w:pPr>
        <w:pStyle w:val="Heading2"/>
      </w:pPr>
      <w:r>
        <w:t>Sensations en bouche</w:t>
      </w:r>
    </w:p>
    <w:p>
      <w:r>
        <w:t>mouth coating — qui tapisse la bouche</w:t>
      </w:r>
    </w:p>
    <w:p>
      <w:r>
        <w:t>melts in the mouth — fondant en bouche</w:t>
      </w:r>
    </w:p>
    <w:p>
      <w:r>
        <w:t>crunchy — croquant</w:t>
      </w:r>
    </w:p>
    <w:p>
      <w:r>
        <w:t>sticky — collant</w:t>
      </w:r>
    </w:p>
    <w:p>
      <w:r>
        <w:t>smooth — onctueux</w:t>
      </w:r>
    </w:p>
    <w:p>
      <w:r>
        <w:t>bite — mordant</w:t>
      </w:r>
    </w:p>
    <w:p>
      <w:r>
        <w:t>melting cheese — fromage à fondre</w:t>
      </w:r>
    </w:p>
    <w:p>
      <w:r>
        <w:t>heat — piquant (chaleur du piment)</w:t>
      </w:r>
    </w:p>
    <w:p>
      <w:pPr>
        <w:pStyle w:val="Heading2"/>
      </w:pPr>
      <w:r>
        <w:t>Ajouts et saveurs combinées</w:t>
      </w:r>
    </w:p>
    <w:p>
      <w:r>
        <w:t>herbs — herbes</w:t>
      </w:r>
    </w:p>
    <w:p>
      <w:r>
        <w:t>tarragon — estragon</w:t>
      </w:r>
    </w:p>
    <w:p>
      <w:r>
        <w:t>parsley — persil</w:t>
      </w:r>
    </w:p>
    <w:p>
      <w:r>
        <w:t>basil — basilic</w:t>
      </w:r>
    </w:p>
    <w:p>
      <w:r>
        <w:t>chervil — cerfeuil</w:t>
      </w:r>
    </w:p>
    <w:p>
      <w:r>
        <w:t>chive — ciboulette</w:t>
      </w:r>
    </w:p>
    <w:p>
      <w:r>
        <w:t>onion — oignon</w:t>
      </w:r>
    </w:p>
    <w:p>
      <w:r>
        <w:t>garlic — ail</w:t>
      </w:r>
    </w:p>
    <w:p>
      <w:r>
        <w:t>pepper — poivre</w:t>
      </w:r>
    </w:p>
    <w:p>
      <w:r>
        <w:t>chili — piment</w:t>
      </w:r>
    </w:p>
    <w:p>
      <w:r>
        <w:t>fruit — fruit</w:t>
      </w:r>
    </w:p>
    <w:p>
      <w:r>
        <w:t>honey — miel</w:t>
      </w:r>
    </w:p>
    <w:p>
      <w:r>
        <w:t>caramelized onions — oignons caramélisés</w:t>
      </w:r>
    </w:p>
    <w:p>
      <w:r>
        <w:t>marmalade — marmelade</w:t>
      </w:r>
    </w:p>
    <w:p>
      <w:r>
        <w:t>flavoring — arôme</w:t>
      </w:r>
    </w:p>
    <w:p>
      <w:pPr>
        <w:pStyle w:val="Heading2"/>
      </w:pPr>
      <w:r>
        <w:t>Expressions descriptives</w:t>
      </w:r>
    </w:p>
    <w:p>
      <w:r>
        <w:t>reminds me of — me rappelle</w:t>
      </w:r>
    </w:p>
    <w:p>
      <w:r>
        <w:t>right off the bat — dès le départ</w:t>
      </w:r>
    </w:p>
    <w:p>
      <w:r>
        <w:t>hint of — une touche de</w:t>
      </w:r>
    </w:p>
    <w:p>
      <w:r>
        <w:t>get my head around — comprendre, accepter</w:t>
      </w:r>
    </w:p>
    <w:p>
      <w:r>
        <w:t>nailing it — réussir parfaitement</w:t>
      </w:r>
    </w:p>
    <w:p>
      <w:r>
        <w:t>kills it — excelle</w:t>
      </w:r>
    </w:p>
    <w:p>
      <w:r>
        <w:t>worth trying — vaut la peine d’essayer</w:t>
      </w:r>
    </w:p>
    <w:p>
      <w:r>
        <w:t>goes well with — se marie bien avec</w:t>
      </w:r>
    </w:p>
    <w:p>
      <w:r>
        <w:t>flavor-wise — en termes de goût</w:t>
      </w:r>
    </w:p>
    <w:p>
      <w:r>
        <w:t>curating a cheeseboard — composer un plateau de fromages</w:t>
      </w:r>
    </w:p>
    <w:p>
      <w:r>
        <w:t>approachable cheese — fromage accessible</w:t>
      </w:r>
    </w:p>
    <w:p>
      <w:r>
        <w:t>shelf stable — se conserve à température ambiante</w:t>
      </w:r>
    </w:p>
    <w:p>
      <w:r>
        <w:t>drawback — inconvénient</w:t>
      </w:r>
    </w:p>
    <w:p>
      <w:r>
        <w:t>weird texture — texture étrange</w:t>
      </w:r>
    </w:p>
    <w:p>
      <w:r>
        <w:t>insanely good — incroyablement bon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